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[Numele firmei tale SRL]</w:t>
            </w:r>
          </w:p>
          <w:p>
            <w:pPr>
              <w:spacing w:after="0"/>
            </w:pPr>
            <w:r>
              <w:t>CUI: [RO12345678]   Reg. Com.: [J00/000/2020]</w:t>
            </w:r>
          </w:p>
          <w:p>
            <w:pPr>
              <w:spacing w:after="0"/>
            </w:pPr>
            <w:r>
              <w:t>Adresa: [strada, nr., localitate, judet]</w:t>
            </w:r>
          </w:p>
          <w:p>
            <w:pPr>
              <w:spacing w:after="0"/>
            </w:pPr>
            <w:r>
              <w:t>Telefon: [07xx xxx xxx]   Email: [contact@firma.ro]</w:t>
            </w:r>
          </w:p>
          <w:p>
            <w:pPr>
              <w:spacing w:after="0"/>
            </w:pPr>
            <w:r>
              <w:t>IBAN: [RO00 BANC 0000 0000 0000 0000], [Banca]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0072C6"/>
                <w:sz w:val="32"/>
              </w:rPr>
              <w:t>OFERTA DE PRET</w:t>
            </w:r>
          </w:p>
          <w:p>
            <w:pPr>
              <w:spacing w:after="0"/>
              <w:jc w:val="right"/>
            </w:pPr>
            <w:r>
              <w:t>Nr. [OF-001] din [zz.ll.aaaa]</w:t>
            </w:r>
          </w:p>
          <w:p>
            <w:pPr>
              <w:spacing w:after="0"/>
              <w:jc w:val="right"/>
            </w:pPr>
            <w:r>
              <w:t>Valabila [30] de zile, pana la [zz.ll.aaaa]</w:t>
            </w:r>
          </w:p>
        </w:tc>
      </w:tr>
    </w:tbl>
    <w:p>
      <w:pPr>
        <w:spacing w:after="40"/>
      </w:pPr>
      <w:r>
        <w:rPr>
          <w:b w:val="0"/>
          <w:sz w:val="20"/>
        </w:rPr>
      </w:r>
    </w:p>
    <w:p>
      <w:pPr>
        <w:spacing w:after="0"/>
      </w:pPr>
      <w:r>
        <w:rPr>
          <w:b/>
          <w:color w:val="475569"/>
          <w:sz w:val="18"/>
        </w:rPr>
        <w:t>CATRE</w:t>
      </w:r>
    </w:p>
    <w:p>
      <w:pPr>
        <w:spacing w:after="0"/>
      </w:pPr>
      <w:r>
        <w:rPr>
          <w:b/>
          <w:sz w:val="20"/>
        </w:rPr>
        <w:t>[Numele clientului SRL], CUI [RO00000000]</w:t>
      </w:r>
    </w:p>
    <w:p>
      <w:pPr>
        <w:spacing w:after="160"/>
      </w:pPr>
      <w:r>
        <w:rPr>
          <w:b w:val="0"/>
          <w:sz w:val="20"/>
        </w:rPr>
        <w:t>In atentia: [Nume Prenume, functie]   Email: [client@firma.ro]</w:t>
      </w:r>
    </w:p>
    <w:p>
      <w:pPr>
        <w:spacing w:after="120"/>
      </w:pPr>
      <w:r>
        <w:rPr>
          <w:b/>
          <w:sz w:val="20"/>
        </w:rPr>
        <w:t>Obiectul ofertei: Realizare site de prezentare pentru [Nume client]</w:t>
      </w:r>
    </w:p>
    <w:p>
      <w:pPr>
        <w:spacing w:after="160"/>
      </w:pPr>
      <w:r>
        <w:rPr>
          <w:b w:val="0"/>
          <w:sz w:val="20"/>
        </w:rPr>
        <w:t>Va multumim pentru interes. Mai jos gasiti oferta noastra, cu detalierea fiecarei pozitii.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567"/>
            <w:shd w:val="clear" w:color="auto" w:fill="0072C6"/>
          </w:tcPr>
          <w:p>
            <w:r/>
            <w:r>
              <w:rPr>
                <w:b/>
                <w:color w:val="FFFFFF"/>
                <w:sz w:val="18"/>
              </w:rPr>
              <w:t>Nr.</w:t>
            </w:r>
          </w:p>
        </w:tc>
        <w:tc>
          <w:tcPr>
            <w:tcW w:type="dxa" w:w="4082"/>
            <w:shd w:val="clear" w:color="auto" w:fill="0072C6"/>
          </w:tcPr>
          <w:p>
            <w:r/>
            <w:r>
              <w:rPr>
                <w:b/>
                <w:color w:val="FFFFFF"/>
                <w:sz w:val="18"/>
              </w:rPr>
              <w:t>Descriere</w:t>
            </w:r>
          </w:p>
        </w:tc>
        <w:tc>
          <w:tcPr>
            <w:tcW w:type="dxa" w:w="1020"/>
            <w:shd w:val="clear" w:color="auto" w:fill="0072C6"/>
          </w:tcPr>
          <w:p>
            <w:r/>
            <w:r>
              <w:rPr>
                <w:b/>
                <w:color w:val="FFFFFF"/>
                <w:sz w:val="18"/>
              </w:rPr>
              <w:t>U.M.</w:t>
            </w:r>
          </w:p>
        </w:tc>
        <w:tc>
          <w:tcPr>
            <w:tcW w:type="dxa" w:w="850"/>
            <w:shd w:val="clear" w:color="auto" w:fill="0072C6"/>
          </w:tcPr>
          <w:p>
            <w:r/>
            <w:r>
              <w:rPr>
                <w:b/>
                <w:color w:val="FFFFFF"/>
                <w:sz w:val="18"/>
              </w:rPr>
              <w:t>Cant.</w:t>
            </w:r>
          </w:p>
        </w:tc>
        <w:tc>
          <w:tcPr>
            <w:tcW w:type="dxa" w:w="1474"/>
            <w:shd w:val="clear" w:color="auto" w:fill="0072C6"/>
          </w:tcPr>
          <w:p>
            <w:r/>
            <w:r>
              <w:rPr>
                <w:b/>
                <w:color w:val="FFFFFF"/>
                <w:sz w:val="18"/>
              </w:rPr>
              <w:t>Pret unitar</w:t>
            </w:r>
          </w:p>
        </w:tc>
        <w:tc>
          <w:tcPr>
            <w:tcW w:type="dxa" w:w="1644"/>
            <w:shd w:val="clear" w:color="auto" w:fill="0072C6"/>
          </w:tcPr>
          <w:p>
            <w:r/>
            <w:r>
              <w:rPr>
                <w:b/>
                <w:color w:val="FFFFFF"/>
                <w:sz w:val="18"/>
              </w:rPr>
              <w:t>Valoare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4082"/>
          </w:tcPr>
          <w:p>
            <w:r>
              <w:t>Analiza si structura site (5 pagini)</w:t>
            </w:r>
          </w:p>
        </w:tc>
        <w:tc>
          <w:tcPr>
            <w:tcW w:type="dxa" w:w="1020"/>
          </w:tcPr>
          <w:p>
            <w:r>
              <w:t>proiect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1.500,00 lei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1.500,00 lei</w:t>
            </w:r>
          </w:p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4082"/>
          </w:tcPr>
          <w:p>
            <w:r>
              <w:t>Design grafic personalizat</w:t>
            </w:r>
          </w:p>
        </w:tc>
        <w:tc>
          <w:tcPr>
            <w:tcW w:type="dxa" w:w="1020"/>
          </w:tcPr>
          <w:p>
            <w:r>
              <w:t>proiect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2.500,00 lei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2.500,00 lei</w:t>
            </w:r>
          </w:p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4082"/>
          </w:tcPr>
          <w:p>
            <w:r>
              <w:t>Implementare si optimizare pentru mobil</w:t>
            </w:r>
          </w:p>
        </w:tc>
        <w:tc>
          <w:tcPr>
            <w:tcW w:type="dxa" w:w="1020"/>
          </w:tcPr>
          <w:p>
            <w:r>
              <w:t>proiect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3.000,00 lei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3.000,00 lei</w:t>
            </w:r>
          </w:p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4082"/>
          </w:tcPr>
          <w:p>
            <w:r>
              <w:t>Texte pentru paginile principale</w:t>
            </w:r>
          </w:p>
        </w:tc>
        <w:tc>
          <w:tcPr>
            <w:tcW w:type="dxa" w:w="1020"/>
          </w:tcPr>
          <w:p>
            <w:r>
              <w:t>pagina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5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250,00 lei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1.250,00 lei</w:t>
            </w:r>
          </w:p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4082"/>
          </w:tcPr>
          <w:p>
            <w:r>
              <w:t>Mentenanta lunara (actualizari, backup)</w:t>
            </w:r>
          </w:p>
        </w:tc>
        <w:tc>
          <w:tcPr>
            <w:tcW w:type="dxa" w:w="1020"/>
          </w:tcPr>
          <w:p>
            <w:r>
              <w:t>luna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12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200,00 lei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2.400,00 lei</w:t>
            </w:r>
          </w:p>
        </w:tc>
      </w:tr>
    </w:tbl>
    <w:p>
      <w:pPr>
        <w:spacing w:after="40"/>
      </w:pPr>
      <w:r>
        <w:rPr>
          <w:b w:val="0"/>
          <w:sz w:val="20"/>
        </w:rPr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Total fara TVA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10.650,00 lei</w:t>
            </w:r>
          </w:p>
        </w:tc>
      </w:tr>
      <w:tr>
        <w:tc>
          <w:tcPr>
            <w:tcW w:type="dxa" w:w="4986"/>
          </w:tcPr>
          <w:p>
            <w:r>
              <w:t>TVA 21%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2.236,50 lei</w:t>
            </w:r>
          </w:p>
        </w:tc>
      </w:tr>
      <w:tr>
        <w:tc>
          <w:tcPr>
            <w:tcW w:type="dxa" w:w="4986"/>
            <w:shd w:val="clear" w:color="auto" w:fill="E6F4FC"/>
          </w:tcPr>
          <w:p>
            <w:r>
              <w:rPr>
                <w:b/>
              </w:rPr>
              <w:t>Total de plata</w:t>
            </w:r>
          </w:p>
        </w:tc>
        <w:tc>
          <w:tcPr>
            <w:tcW w:type="dxa" w:w="4986"/>
            <w:shd w:val="clear" w:color="auto" w:fill="E6F4FC"/>
          </w:tcPr>
          <w:p>
            <w:pPr>
              <w:jc w:val="right"/>
            </w:pPr>
            <w:r>
              <w:rPr>
                <w:b/>
              </w:rPr>
              <w:t>12.886,50 lei</w:t>
            </w:r>
          </w:p>
        </w:tc>
      </w:tr>
    </w:tbl>
    <w:p>
      <w:pPr>
        <w:spacing w:after="200"/>
      </w:pPr>
      <w:r>
        <w:rPr>
          <w:b w:val="0"/>
          <w:color w:val="475569"/>
          <w:sz w:val="16"/>
        </w:rPr>
        <w:t>Daca firma nu e platitoare de TVA, sterge randul de TVA si scrie: „Neplatitor de TVA” (sau „Scutit de TVA conform art. 310 Cod fiscal”).</w:t>
      </w:r>
    </w:p>
    <w:p>
      <w:pPr>
        <w:spacing w:after="40"/>
      </w:pPr>
      <w:r>
        <w:rPr>
          <w:b/>
          <w:color w:val="475569"/>
          <w:sz w:val="18"/>
        </w:rPr>
        <w:t>CONDITII</w:t>
      </w:r>
    </w:p>
    <w:p>
      <w:pPr>
        <w:pStyle w:val="ListBullet"/>
        <w:spacing w:after="20"/>
      </w:pPr>
      <w:r>
        <w:t>Termen de livrare: 3 saptamani de la plata avansului si primirea materialelor.</w:t>
      </w:r>
    </w:p>
    <w:p>
      <w:pPr>
        <w:pStyle w:val="ListBullet"/>
        <w:spacing w:after="20"/>
      </w:pPr>
      <w:r>
        <w:t>Plata: avans 50% la semnarea contractului, restul la predare.</w:t>
      </w:r>
    </w:p>
    <w:p>
      <w:pPr>
        <w:pStyle w:val="ListBullet"/>
        <w:spacing w:after="20"/>
      </w:pPr>
      <w:r>
        <w:t>Include: 2 runde de modificari pe design.</w:t>
      </w:r>
    </w:p>
    <w:p>
      <w:pPr>
        <w:pStyle w:val="ListBullet"/>
        <w:spacing w:after="20"/>
      </w:pPr>
      <w:r>
        <w:t>Nu include: domeniul, gazduirea si fotografiile, care se factureaza separat daca e nevoie.</w:t>
      </w:r>
    </w:p>
    <w:p>
      <w:pPr>
        <w:pStyle w:val="ListBullet"/>
        <w:spacing w:after="20"/>
      </w:pPr>
      <w:r>
        <w:t>Garantie: remedierea gratuita a erorilor tehnice timp de 3 luni de la predare.</w:t>
      </w:r>
    </w:p>
    <w:p>
      <w:pPr>
        <w:spacing w:after="80"/>
      </w:pPr>
      <w:r>
        <w:rPr>
          <w:b w:val="0"/>
          <w:sz w:val="20"/>
        </w:rPr>
      </w:r>
    </w:p>
    <w:p>
      <w:pPr>
        <w:spacing w:after="320"/>
      </w:pPr>
      <w:r>
        <w:rPr>
          <w:b w:val="0"/>
          <w:sz w:val="20"/>
        </w:rPr>
        <w:t>Pentru acceptare, raspundeti la acest email sau semnati si trimiteti oferta inapoi. Pentru intrebari: [Nume Prenume], [telefon].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Ofertant: [Numele firmei tale SRL]</w:t>
            </w:r>
          </w:p>
        </w:tc>
        <w:tc>
          <w:tcPr>
            <w:tcW w:type="dxa" w:w="4986"/>
          </w:tcPr>
          <w:p>
            <w:r>
              <w:t>Acceptat de client (nume, semnatura, data):</w:t>
            </w:r>
          </w:p>
        </w:tc>
      </w:tr>
      <w:tr>
        <w:tc>
          <w:tcPr>
            <w:tcW w:type="dxa" w:w="4986"/>
          </w:tcPr>
          <w:p>
            <w:r>
              <w:t>[Nume Prenume, functie]</w:t>
            </w:r>
          </w:p>
        </w:tc>
        <w:tc>
          <w:tcPr>
            <w:tcW w:type="dxa" w:w="4986"/>
          </w:tcPr>
          <w:p>
            <w:r>
              <w:br/>
              <w:br/>
              <w:t>______________________</w:t>
            </w:r>
          </w:p>
        </w:tc>
      </w:tr>
    </w:tbl>
    <w:p>
      <w:pPr>
        <w:spacing w:after="200"/>
      </w:pPr>
      <w:r>
        <w:rPr>
          <w:b w:val="0"/>
          <w:sz w:val="20"/>
        </w:rPr>
      </w:r>
    </w:p>
    <w:p>
      <w:pPr>
        <w:spacing w:after="80"/>
      </w:pPr>
      <w:r>
        <w:rPr>
          <w:b w:val="0"/>
          <w:color w:val="475569"/>
          <w:sz w:val="14"/>
        </w:rPr>
        <w:t>Model gratuit de la crmflow.ro/oferta-de-pret-model. Inlocuieste textele dintre [ ] cu datele tale.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de pret - servicii</dc:title>
  <dc:subject/>
  <dc:creator>CRM Flow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